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D4ED8"/>
          <w:sz w:val="36"/>
        </w:rPr>
        <w:t>PARTE DE TRABAJO</w:t>
      </w:r>
    </w:p>
    <w:p>
      <w:r>
        <w:t>Nº de parte: ____________        Fecha: ____ / ____ / ________</w:t>
      </w:r>
    </w:p>
    <w:p>
      <w:pPr>
        <w:spacing w:before="160"/>
      </w:pPr>
      <w:r>
        <w:rPr>
          <w:b/>
          <w:color w:val="1D4ED8"/>
        </w:rPr>
        <w:t>Empresa y cliente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08"/>
        <w:gridCol w:w="7483"/>
      </w:tblGrid>
      <w:tr>
        <w:trPr>
          <w:trHeight w:val="397"/>
        </w:trPr>
        <w:tc>
          <w:tcPr>
            <w:tcW w:type="dxa" w:w="2608"/>
          </w:tcPr>
          <w:p>
            <w:r/>
            <w:r>
              <w:rPr>
                <w:b/>
                <w:sz w:val="20"/>
              </w:rPr>
              <w:t>Empresa</w:t>
            </w:r>
          </w:p>
        </w:tc>
        <w:tc>
          <w:tcPr>
            <w:tcW w:type="dxa" w:w="7483"/>
          </w:tcPr>
          <w:p/>
        </w:tc>
      </w:tr>
      <w:tr>
        <w:trPr>
          <w:trHeight w:val="397"/>
        </w:trPr>
        <w:tc>
          <w:tcPr>
            <w:tcW w:type="dxa" w:w="2608"/>
          </w:tcPr>
          <w:p>
            <w:r/>
            <w:r>
              <w:rPr>
                <w:b/>
                <w:sz w:val="20"/>
              </w:rPr>
              <w:t>Cliente</w:t>
            </w:r>
          </w:p>
        </w:tc>
        <w:tc>
          <w:tcPr>
            <w:tcW w:type="dxa" w:w="7483"/>
          </w:tcPr>
          <w:p/>
        </w:tc>
      </w:tr>
      <w:tr>
        <w:trPr>
          <w:trHeight w:val="397"/>
        </w:trPr>
        <w:tc>
          <w:tcPr>
            <w:tcW w:type="dxa" w:w="2608"/>
          </w:tcPr>
          <w:p>
            <w:r/>
            <w:r>
              <w:rPr>
                <w:b/>
                <w:sz w:val="20"/>
              </w:rPr>
              <w:t>Dirección del trabajo</w:t>
            </w:r>
          </w:p>
        </w:tc>
        <w:tc>
          <w:tcPr>
            <w:tcW w:type="dxa" w:w="7483"/>
          </w:tcPr>
          <w:p/>
        </w:tc>
      </w:tr>
      <w:tr>
        <w:trPr>
          <w:trHeight w:val="397"/>
        </w:trPr>
        <w:tc>
          <w:tcPr>
            <w:tcW w:type="dxa" w:w="2608"/>
          </w:tcPr>
          <w:p>
            <w:r/>
            <w:r>
              <w:rPr>
                <w:b/>
                <w:sz w:val="20"/>
              </w:rPr>
              <w:t>Persona de contacto</w:t>
            </w:r>
          </w:p>
        </w:tc>
        <w:tc>
          <w:tcPr>
            <w:tcW w:type="dxa" w:w="7483"/>
          </w:tcPr>
          <w:p/>
        </w:tc>
      </w:tr>
      <w:tr>
        <w:trPr>
          <w:trHeight w:val="397"/>
        </w:trPr>
        <w:tc>
          <w:tcPr>
            <w:tcW w:type="dxa" w:w="2608"/>
          </w:tcPr>
          <w:p>
            <w:r/>
            <w:r>
              <w:rPr>
                <w:b/>
                <w:sz w:val="20"/>
              </w:rPr>
              <w:t>Técnico o técnicos</w:t>
            </w:r>
          </w:p>
        </w:tc>
        <w:tc>
          <w:tcPr>
            <w:tcW w:type="dxa" w:w="7483"/>
          </w:tcPr>
          <w:p/>
        </w:tc>
      </w:tr>
    </w:tbl>
    <w:p>
      <w:pPr>
        <w:spacing w:before="160"/>
      </w:pPr>
      <w:r>
        <w:rPr>
          <w:b/>
          <w:color w:val="1D4ED8"/>
        </w:rPr>
        <w:t>Horas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587"/>
        <w:gridCol w:w="2835"/>
        <w:gridCol w:w="2835"/>
        <w:gridCol w:w="2835"/>
      </w:tblGrid>
      <w:tr>
        <w:tc>
          <w:tcPr>
            <w:tcW w:type="dxa" w:w="1587"/>
          </w:tcPr>
          <w:p>
            <w:r/>
            <w:r>
              <w:rPr>
                <w:b/>
                <w:sz w:val="20"/>
              </w:rPr>
              <w:t>Tramo</w:t>
            </w:r>
          </w:p>
        </w:tc>
        <w:tc>
          <w:tcPr>
            <w:tcW w:type="dxa" w:w="2835"/>
          </w:tcPr>
          <w:p>
            <w:r/>
            <w:r>
              <w:rPr>
                <w:b/>
                <w:sz w:val="20"/>
              </w:rPr>
              <w:t>Entrada</w:t>
            </w:r>
          </w:p>
        </w:tc>
        <w:tc>
          <w:tcPr>
            <w:tcW w:type="dxa" w:w="2835"/>
          </w:tcPr>
          <w:p>
            <w:r/>
            <w:r>
              <w:rPr>
                <w:b/>
                <w:sz w:val="20"/>
              </w:rPr>
              <w:t>Salida</w:t>
            </w:r>
          </w:p>
        </w:tc>
        <w:tc>
          <w:tcPr>
            <w:tcW w:type="dxa" w:w="2835"/>
          </w:tcPr>
          <w:p>
            <w:r/>
            <w:r>
              <w:rPr>
                <w:b/>
                <w:sz w:val="20"/>
              </w:rPr>
              <w:t>Horas</w:t>
            </w:r>
          </w:p>
        </w:tc>
      </w:tr>
      <w:tr>
        <w:trPr>
          <w:trHeight w:val="397"/>
        </w:trPr>
        <w:tc>
          <w:tcPr>
            <w:tcW w:type="dxa" w:w="1587"/>
          </w:tcPr>
          <w:p>
            <w:r/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2835"/>
          </w:tcPr>
          <w:p/>
        </w:tc>
        <w:tc>
          <w:tcPr>
            <w:tcW w:type="dxa" w:w="2835"/>
          </w:tcPr>
          <w:p/>
        </w:tc>
        <w:tc>
          <w:tcPr>
            <w:tcW w:type="dxa" w:w="2835"/>
          </w:tcPr>
          <w:p/>
        </w:tc>
      </w:tr>
      <w:tr>
        <w:trPr>
          <w:trHeight w:val="397"/>
        </w:trPr>
        <w:tc>
          <w:tcPr>
            <w:tcW w:type="dxa" w:w="1587"/>
          </w:tcPr>
          <w:p>
            <w:r/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2835"/>
          </w:tcPr>
          <w:p/>
        </w:tc>
        <w:tc>
          <w:tcPr>
            <w:tcW w:type="dxa" w:w="2835"/>
          </w:tcPr>
          <w:p/>
        </w:tc>
        <w:tc>
          <w:tcPr>
            <w:tcW w:type="dxa" w:w="2835"/>
          </w:tcPr>
          <w:p/>
        </w:tc>
      </w:tr>
      <w:tr>
        <w:trPr>
          <w:trHeight w:val="397"/>
        </w:trPr>
        <w:tc>
          <w:tcPr>
            <w:tcW w:type="dxa" w:w="1587"/>
          </w:tcPr>
          <w:p>
            <w:r/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2835"/>
          </w:tcPr>
          <w:p/>
        </w:tc>
        <w:tc>
          <w:tcPr>
            <w:tcW w:type="dxa" w:w="2835"/>
          </w:tcPr>
          <w:p/>
        </w:tc>
        <w:tc>
          <w:tcPr>
            <w:tcW w:type="dxa" w:w="2835"/>
          </w:tcPr>
          <w:p/>
        </w:tc>
      </w:tr>
    </w:tbl>
    <w:p>
      <w:r>
        <w:t>Total de horas: __________</w:t>
      </w:r>
    </w:p>
    <w:p>
      <w:pPr>
        <w:spacing w:before="160"/>
      </w:pPr>
      <w:r>
        <w:rPr>
          <w:b/>
          <w:color w:val="1D4ED8"/>
        </w:rPr>
        <w:t>Trabajo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08"/>
        <w:gridCol w:w="7483"/>
      </w:tblGrid>
      <w:tr>
        <w:trPr>
          <w:trHeight w:val="794"/>
        </w:trPr>
        <w:tc>
          <w:tcPr>
            <w:tcW w:type="dxa" w:w="2608"/>
          </w:tcPr>
          <w:p>
            <w:r/>
            <w:r>
              <w:rPr>
                <w:b/>
                <w:sz w:val="20"/>
              </w:rPr>
              <w:t>Qué había que hacer</w:t>
            </w:r>
          </w:p>
        </w:tc>
        <w:tc>
          <w:tcPr>
            <w:tcW w:type="dxa" w:w="7483"/>
          </w:tcPr>
          <w:p/>
        </w:tc>
      </w:tr>
      <w:tr>
        <w:trPr>
          <w:trHeight w:val="1587"/>
        </w:trPr>
        <w:tc>
          <w:tcPr>
            <w:tcW w:type="dxa" w:w="2608"/>
          </w:tcPr>
          <w:p>
            <w:r/>
            <w:r>
              <w:rPr>
                <w:b/>
                <w:sz w:val="20"/>
              </w:rPr>
              <w:t>Qué se ha hecho</w:t>
            </w:r>
          </w:p>
        </w:tc>
        <w:tc>
          <w:tcPr>
            <w:tcW w:type="dxa" w:w="7483"/>
          </w:tcPr>
          <w:p/>
        </w:tc>
      </w:tr>
    </w:tbl>
    <w:p>
      <w:pPr>
        <w:spacing w:before="160"/>
      </w:pPr>
      <w:r>
        <w:rPr>
          <w:b/>
          <w:color w:val="1D4ED8"/>
        </w:rPr>
        <w:t>Material utilizado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6690"/>
        <w:gridCol w:w="1701"/>
        <w:gridCol w:w="1701"/>
      </w:tblGrid>
      <w:tr>
        <w:tc>
          <w:tcPr>
            <w:tcW w:type="dxa" w:w="6690"/>
          </w:tcPr>
          <w:p>
            <w:r/>
            <w:r>
              <w:rPr>
                <w:b/>
                <w:sz w:val="20"/>
              </w:rPr>
              <w:t>Material o referencia</w:t>
            </w:r>
          </w:p>
        </w:tc>
        <w:tc>
          <w:tcPr>
            <w:tcW w:type="dxa" w:w="1701"/>
          </w:tcPr>
          <w:p>
            <w:r/>
            <w:r>
              <w:rPr>
                <w:b/>
                <w:sz w:val="20"/>
              </w:rPr>
              <w:t>Cantidad</w:t>
            </w:r>
          </w:p>
        </w:tc>
        <w:tc>
          <w:tcPr>
            <w:tcW w:type="dxa" w:w="1701"/>
          </w:tcPr>
          <w:p>
            <w:r/>
            <w:r>
              <w:rPr>
                <w:b/>
                <w:sz w:val="20"/>
              </w:rPr>
              <w:t>Unidad</w:t>
            </w:r>
          </w:p>
        </w:tc>
      </w:tr>
      <w:tr>
        <w:trPr>
          <w:trHeight w:val="369"/>
        </w:trPr>
        <w:tc>
          <w:tcPr>
            <w:tcW w:type="dxa" w:w="6690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rPr>
          <w:trHeight w:val="369"/>
        </w:trPr>
        <w:tc>
          <w:tcPr>
            <w:tcW w:type="dxa" w:w="6690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rPr>
          <w:trHeight w:val="369"/>
        </w:trPr>
        <w:tc>
          <w:tcPr>
            <w:tcW w:type="dxa" w:w="6690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rPr>
          <w:trHeight w:val="369"/>
        </w:trPr>
        <w:tc>
          <w:tcPr>
            <w:tcW w:type="dxa" w:w="6690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rPr>
          <w:trHeight w:val="369"/>
        </w:trPr>
        <w:tc>
          <w:tcPr>
            <w:tcW w:type="dxa" w:w="6690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spacing w:before="160"/>
      </w:pPr>
      <w:r>
        <w:rPr>
          <w:b/>
          <w:color w:val="1D4ED8"/>
        </w:rPr>
        <w:t>Observaciones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08"/>
        <w:gridCol w:w="7483"/>
      </w:tblGrid>
      <w:tr>
        <w:trPr>
          <w:trHeight w:val="680"/>
        </w:trPr>
        <w:tc>
          <w:tcPr>
            <w:tcW w:type="dxa" w:w="2608"/>
          </w:tcPr>
          <w:p>
            <w:r/>
            <w:r>
              <w:rPr>
                <w:b/>
                <w:sz w:val="20"/>
              </w:rPr>
              <w:t>Pendiente o incidencias</w:t>
            </w:r>
          </w:p>
        </w:tc>
        <w:tc>
          <w:tcPr>
            <w:tcW w:type="dxa" w:w="7483"/>
          </w:tcPr>
          <w:p/>
        </w:tc>
      </w:tr>
    </w:tbl>
    <w:p>
      <w:r>
        <w:t>Estado:   ☐ Terminado    ☐ Pendiente de material    ☐ Hay que volver</w:t>
      </w:r>
    </w:p>
    <w:p>
      <w:pPr>
        <w:spacing w:before="160"/>
      </w:pPr>
      <w:r>
        <w:rPr>
          <w:b/>
          <w:color w:val="1D4ED8"/>
        </w:rPr>
        <w:t>Conformidad del cliente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/>
            <w:r>
              <w:rPr>
                <w:b/>
                <w:sz w:val="20"/>
              </w:rPr>
              <w:t>Nombre y DNI de quien firma</w:t>
            </w:r>
          </w:p>
        </w:tc>
        <w:tc>
          <w:tcPr>
            <w:tcW w:type="dxa" w:w="5046"/>
          </w:tcPr>
          <w:p>
            <w:r/>
            <w:r>
              <w:rPr>
                <w:b/>
                <w:sz w:val="20"/>
              </w:rPr>
              <w:t>Firma del cliente</w:t>
            </w:r>
          </w:p>
        </w:tc>
      </w:tr>
      <w:tr>
        <w:trPr>
          <w:trHeight w:val="1247"/>
        </w:trPr>
        <w:tc>
          <w:tcPr>
            <w:tcW w:type="dxa" w:w="5046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5046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r>
        <w:t>Firma del técnico: ______________________________</w:t>
      </w:r>
    </w:p>
    <w:sectPr w:rsidR="00FC693F" w:rsidRPr="0006063C" w:rsidSect="00034616">
      <w:footerReference w:type="default" r:id="rId9"/>
      <w:pgSz w:w="11906" w:h="16838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Plantilla gratuita de Custom Soft Lab · customsoftlab.com/plantilla-parte-de-trabajo/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Parte de trabajo</dc:title>
  <dc:subject/>
  <dc:creator>Custom Soft Lab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